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Tom Sawyer Hucklederry finn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9781853260117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