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 the greenwood tree or the mellstock quire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9781853262272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