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r Arthur Conan Doy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vid stuart davi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402257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