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Turn Of The Screw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henry james/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9780140623864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