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David Copperfield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9780140623192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