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Mill on the Floss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Eliot/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9781853260742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