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الاتجاهات الحديثة في التحليل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وليد ناجي الحيالي/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الجامعة/ دار إثراء/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9789957493752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المالية العامة/ التحليل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