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المحافظ الإستثمارية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دريد كامل أل شبيب/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224ص.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جداول وبيانات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9789957065775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الاستثمار/ الاقتصاد المالي/ الاستثمار المالي/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