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محمد السواعي/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الخارجية/ سياسة التجارة/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