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والاحتمالات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رشيد بطارسة/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الإحتمالات/ نظرية بيز/ المتغيرات العشوائية/ التوزيعات الإحتمالية/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