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والرقابة الداخلية في بيئة نظم المعلومات المحاسبية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عطا الله أحمد سويلم الحسبان/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9789957499600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الداخلية/ بيئة تكنولوجيا المعلومات/ التدقيق الداخلي/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