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Death Of a Salesman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9780582022607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