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Nineteen Eighty-four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42051255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