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Richard 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William Shakespeare/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York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9789953331898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