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Phrasal Verbs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9780521527279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