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الشعر الاندلسي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صلاح جرار/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