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egic Reading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ck c-rechard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55579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