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نزار قباني ومهمة الشعر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سالم الكبتي/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ثالة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الشعر/ نزار قباني/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