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الرواية والرواية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فيصل دراج/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العربية/ النظرية/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