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التجربة الروائية المغاربية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فتحي بوخالفة/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9789957702182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الروايات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