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اللغة و المعاجم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حلمي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80063077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الدراسات اللغوية/ علم المعاجم/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