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Phrasal Verbs In Use advenced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9780521684187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