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الخطاب النقدي العربي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إبن خلدون/ إحسان عباس/ البنيويون/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مجدلاوي/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214ص.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التحليل الأدبي/ الخطاب النقدي/ النقد العربي/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