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اجتماع الادب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سيد البحراوي/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لبنان/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علم إجتماع الأدب/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