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الرونق العجيب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الكركي/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9789957190255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شعر المتنبي/ استهلال/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