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ية الصوتية في حروف المع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وفيق ال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مزية الصوتية/ الدلالة الرم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