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الوصفي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الناصر العجيمي/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الخطاب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