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الصياغة المعجمية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القطيطي/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