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أثار الوثاق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جليل حسن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9789957711245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شعر الجواهري/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