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الشعر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مريم محمد المجمعي/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9789957023614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