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d'exoloitation Mécanismes De base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dr belkhir abdelkader/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4ed.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9789961006771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