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Management De La Qualite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siddiki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Management De La Qualite/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