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Mesure Et amélioration des performances industrielles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vincent plauchu/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4ed.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9789961009352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