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Eléments d'analyse fonctions d'une variable réelle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Kada Allab/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2ed.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office des publications universitaires/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9789961011188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06/11/2026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