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général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.Gerninig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34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