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Lecons d'histoire de l'analyse économique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abdelouahab rezig/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9789961007112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économie/ histoire/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