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قاسم نايف علوان/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9729957164665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الاستثمار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