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Illustrated History Of Britain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Mcdowall/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9780582749146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