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أحكام رأس المال في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كفاح عبد القادر الصوري/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9789957076962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رأس المال/ الاسلام/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