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الاجتماع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الجوهري/ أد أمال عبد الحميد/ أد فاتن أحمد علي/ أد أحمد زايد/ أد هناء الجوهري/ أد عالية حبيب/ أد فوزي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الاداري الاقتصاد/ الاقتصاد المالي/ علم الإجتماع/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