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الإدارة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السميع/ د أحمد طبية/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جليس الزمان/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9789957810092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الادارة المعاصرة/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