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الإدارة المالية والتحليل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مفلح محمد عقل/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658712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الادارة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