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الانتاجية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كاسر نصر المنصور/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9789957324483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الانتاج/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