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مراجعة الحسابات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زاهره عاطف سواد/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9789957499570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الحسابات/ التدقيق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