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أعمال الندوة العالمية الأولى لتدريس المعلوماتية باللغة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علي الميلي/ محمد بطاز/ كمال البركاوي/ أحمد الفرشيشي/ لمية العابد/ روضة مروان/ حدامي عاشور/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/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مركز النشر الجامعي/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110ص.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22*15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800676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المعلوماتية/ اللغة العربية/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