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العنصري الغربي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مهنا 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الانتشار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9789953507972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العنصري الغربي/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