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-focused Instruction and Teacher Edu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ndra fotos/ hossein nassaj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42250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