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التطبيقي وتعلم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تعليم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