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العروض والقافية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9789953445076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القافية/ العروض/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