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 A-Z of ELT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Scott Thornbury/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9781405070638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